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DC5A9" w14:textId="77777777" w:rsidR="00C968CA" w:rsidRDefault="00000000">
      <w:pPr>
        <w:jc w:val="center"/>
      </w:pPr>
      <w:r>
        <w:rPr>
          <w:b/>
          <w:sz w:val="32"/>
        </w:rPr>
        <w:t>PŘIHLÁŠKA PRODEJCE</w:t>
      </w:r>
    </w:p>
    <w:p w14:paraId="2E64CC2C" w14:textId="77777777" w:rsidR="00C968CA" w:rsidRDefault="00000000">
      <w:pPr>
        <w:jc w:val="center"/>
      </w:pPr>
      <w:r>
        <w:rPr>
          <w:b/>
          <w:sz w:val="24"/>
        </w:rPr>
        <w:t>Mikulášská jízda a vánoční jarmark 2026</w:t>
      </w:r>
    </w:p>
    <w:p w14:paraId="6BF97D69" w14:textId="77777777" w:rsidR="00C968CA" w:rsidRDefault="00000000">
      <w:pPr>
        <w:jc w:val="center"/>
      </w:pPr>
      <w:r>
        <w:t>Termín konání: 6. prosince 2026</w:t>
      </w:r>
    </w:p>
    <w:p w14:paraId="5D4D25A5" w14:textId="77777777" w:rsidR="00C968CA" w:rsidRDefault="00000000">
      <w:r>
        <w:t>Vyplňte prosím všechny potřebné údaje.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386"/>
      </w:tblGrid>
      <w:tr w:rsidR="00C968CA" w14:paraId="5DAF2930" w14:textId="77777777">
        <w:trPr>
          <w:jc w:val="center"/>
        </w:trPr>
        <w:tc>
          <w:tcPr>
            <w:tcW w:w="3969" w:type="dxa"/>
            <w:vAlign w:val="center"/>
          </w:tcPr>
          <w:p w14:paraId="73AA188F" w14:textId="77777777" w:rsidR="00C968CA" w:rsidRDefault="00000000">
            <w:pPr>
              <w:spacing w:before="100" w:after="100"/>
            </w:pPr>
            <w:r>
              <w:rPr>
                <w:b/>
                <w:sz w:val="19"/>
              </w:rPr>
              <w:t>Jméno a příjmení / název firmy</w:t>
            </w:r>
          </w:p>
        </w:tc>
        <w:tc>
          <w:tcPr>
            <w:tcW w:w="5386" w:type="dxa"/>
            <w:vAlign w:val="center"/>
          </w:tcPr>
          <w:p w14:paraId="5F7D1C2F" w14:textId="77777777" w:rsidR="00C968CA" w:rsidRDefault="00000000">
            <w:pPr>
              <w:spacing w:before="100" w:after="100"/>
            </w:pPr>
            <w:r>
              <w:rPr>
                <w:sz w:val="19"/>
              </w:rPr>
              <w:t xml:space="preserve"> </w:t>
            </w:r>
          </w:p>
        </w:tc>
      </w:tr>
      <w:tr w:rsidR="00C968CA" w14:paraId="0542E1DF" w14:textId="77777777">
        <w:trPr>
          <w:jc w:val="center"/>
        </w:trPr>
        <w:tc>
          <w:tcPr>
            <w:tcW w:w="3969" w:type="dxa"/>
            <w:vAlign w:val="center"/>
          </w:tcPr>
          <w:p w14:paraId="23CC08C8" w14:textId="77777777" w:rsidR="00C968CA" w:rsidRDefault="00000000">
            <w:pPr>
              <w:spacing w:before="100" w:after="100"/>
            </w:pPr>
            <w:r>
              <w:rPr>
                <w:b/>
                <w:sz w:val="19"/>
              </w:rPr>
              <w:t>IČO</w:t>
            </w:r>
          </w:p>
        </w:tc>
        <w:tc>
          <w:tcPr>
            <w:tcW w:w="5386" w:type="dxa"/>
            <w:vAlign w:val="center"/>
          </w:tcPr>
          <w:p w14:paraId="65799B2C" w14:textId="77777777" w:rsidR="00C968CA" w:rsidRDefault="00000000">
            <w:pPr>
              <w:spacing w:before="100" w:after="100"/>
            </w:pPr>
            <w:r>
              <w:rPr>
                <w:sz w:val="19"/>
              </w:rPr>
              <w:t xml:space="preserve"> </w:t>
            </w:r>
          </w:p>
        </w:tc>
      </w:tr>
      <w:tr w:rsidR="00C968CA" w14:paraId="177F014B" w14:textId="77777777">
        <w:trPr>
          <w:jc w:val="center"/>
        </w:trPr>
        <w:tc>
          <w:tcPr>
            <w:tcW w:w="3969" w:type="dxa"/>
            <w:vAlign w:val="center"/>
          </w:tcPr>
          <w:p w14:paraId="71DFD74A" w14:textId="77777777" w:rsidR="00C968CA" w:rsidRDefault="00000000">
            <w:pPr>
              <w:spacing w:before="100" w:after="100"/>
            </w:pPr>
            <w:r>
              <w:rPr>
                <w:b/>
                <w:sz w:val="19"/>
              </w:rPr>
              <w:t>E-mailová adresa</w:t>
            </w:r>
          </w:p>
        </w:tc>
        <w:tc>
          <w:tcPr>
            <w:tcW w:w="5386" w:type="dxa"/>
            <w:vAlign w:val="center"/>
          </w:tcPr>
          <w:p w14:paraId="33532353" w14:textId="77777777" w:rsidR="00C968CA" w:rsidRDefault="00000000">
            <w:pPr>
              <w:spacing w:before="100" w:after="100"/>
            </w:pPr>
            <w:r>
              <w:rPr>
                <w:sz w:val="19"/>
              </w:rPr>
              <w:t xml:space="preserve"> </w:t>
            </w:r>
          </w:p>
        </w:tc>
      </w:tr>
      <w:tr w:rsidR="00C968CA" w14:paraId="4AF9F172" w14:textId="77777777">
        <w:trPr>
          <w:jc w:val="center"/>
        </w:trPr>
        <w:tc>
          <w:tcPr>
            <w:tcW w:w="3969" w:type="dxa"/>
            <w:vAlign w:val="center"/>
          </w:tcPr>
          <w:p w14:paraId="7E61616D" w14:textId="77777777" w:rsidR="00C968CA" w:rsidRDefault="00000000">
            <w:pPr>
              <w:spacing w:before="100" w:after="100"/>
            </w:pPr>
            <w:r>
              <w:rPr>
                <w:b/>
                <w:sz w:val="19"/>
              </w:rPr>
              <w:t>Telefonní číslo</w:t>
            </w:r>
          </w:p>
        </w:tc>
        <w:tc>
          <w:tcPr>
            <w:tcW w:w="5386" w:type="dxa"/>
            <w:vAlign w:val="center"/>
          </w:tcPr>
          <w:p w14:paraId="78E381DD" w14:textId="77777777" w:rsidR="00C968CA" w:rsidRDefault="00000000">
            <w:pPr>
              <w:spacing w:before="100" w:after="100"/>
            </w:pPr>
            <w:r>
              <w:rPr>
                <w:sz w:val="19"/>
              </w:rPr>
              <w:t xml:space="preserve"> </w:t>
            </w:r>
          </w:p>
        </w:tc>
      </w:tr>
      <w:tr w:rsidR="00C968CA" w14:paraId="71E43BC2" w14:textId="77777777">
        <w:trPr>
          <w:jc w:val="center"/>
        </w:trPr>
        <w:tc>
          <w:tcPr>
            <w:tcW w:w="3969" w:type="dxa"/>
            <w:vAlign w:val="center"/>
          </w:tcPr>
          <w:p w14:paraId="71B08D7C" w14:textId="77777777" w:rsidR="00C968CA" w:rsidRDefault="00000000">
            <w:pPr>
              <w:spacing w:before="100" w:after="100"/>
            </w:pPr>
            <w:r>
              <w:rPr>
                <w:b/>
                <w:sz w:val="19"/>
              </w:rPr>
              <w:t>Prodávaný sortiment</w:t>
            </w:r>
          </w:p>
        </w:tc>
        <w:tc>
          <w:tcPr>
            <w:tcW w:w="5386" w:type="dxa"/>
            <w:vAlign w:val="center"/>
          </w:tcPr>
          <w:p w14:paraId="1D30BD8B" w14:textId="77777777" w:rsidR="00C968CA" w:rsidRDefault="00000000">
            <w:pPr>
              <w:spacing w:before="100" w:after="100"/>
            </w:pPr>
            <w:r>
              <w:rPr>
                <w:sz w:val="19"/>
              </w:rPr>
              <w:t xml:space="preserve"> </w:t>
            </w:r>
          </w:p>
        </w:tc>
      </w:tr>
      <w:tr w:rsidR="00C968CA" w14:paraId="3A129567" w14:textId="77777777">
        <w:trPr>
          <w:jc w:val="center"/>
        </w:trPr>
        <w:tc>
          <w:tcPr>
            <w:tcW w:w="3969" w:type="dxa"/>
            <w:vAlign w:val="center"/>
          </w:tcPr>
          <w:p w14:paraId="5BD57F81" w14:textId="77777777" w:rsidR="00C968CA" w:rsidRDefault="00000000">
            <w:pPr>
              <w:spacing w:before="100" w:after="100"/>
            </w:pPr>
            <w:r>
              <w:rPr>
                <w:b/>
                <w:sz w:val="19"/>
              </w:rPr>
              <w:t>Rozměry stánku (délka × hloubka)</w:t>
            </w:r>
          </w:p>
        </w:tc>
        <w:tc>
          <w:tcPr>
            <w:tcW w:w="5386" w:type="dxa"/>
            <w:vAlign w:val="center"/>
          </w:tcPr>
          <w:p w14:paraId="288965C9" w14:textId="77777777" w:rsidR="00C968CA" w:rsidRDefault="00000000">
            <w:pPr>
              <w:spacing w:before="100" w:after="100"/>
            </w:pPr>
            <w:r>
              <w:rPr>
                <w:sz w:val="19"/>
              </w:rPr>
              <w:t xml:space="preserve"> </w:t>
            </w:r>
          </w:p>
        </w:tc>
      </w:tr>
      <w:tr w:rsidR="00C968CA" w14:paraId="5930E58A" w14:textId="77777777">
        <w:trPr>
          <w:jc w:val="center"/>
        </w:trPr>
        <w:tc>
          <w:tcPr>
            <w:tcW w:w="3969" w:type="dxa"/>
            <w:vAlign w:val="center"/>
          </w:tcPr>
          <w:p w14:paraId="75FA71E6" w14:textId="77777777" w:rsidR="00C968CA" w:rsidRDefault="00000000">
            <w:pPr>
              <w:spacing w:before="100" w:after="100"/>
            </w:pPr>
            <w:r>
              <w:rPr>
                <w:b/>
                <w:sz w:val="19"/>
              </w:rPr>
              <w:t>Požadovaný elektrický příkon (kW)</w:t>
            </w:r>
          </w:p>
        </w:tc>
        <w:tc>
          <w:tcPr>
            <w:tcW w:w="5386" w:type="dxa"/>
            <w:vAlign w:val="center"/>
          </w:tcPr>
          <w:p w14:paraId="23F06A76" w14:textId="77777777" w:rsidR="00C968CA" w:rsidRDefault="00000000">
            <w:pPr>
              <w:spacing w:before="100" w:after="100"/>
            </w:pPr>
            <w:r>
              <w:rPr>
                <w:sz w:val="19"/>
              </w:rPr>
              <w:t xml:space="preserve"> </w:t>
            </w:r>
          </w:p>
        </w:tc>
      </w:tr>
      <w:tr w:rsidR="00C968CA" w:rsidRPr="00402F95" w14:paraId="4FD37490" w14:textId="77777777">
        <w:trPr>
          <w:jc w:val="center"/>
        </w:trPr>
        <w:tc>
          <w:tcPr>
            <w:tcW w:w="3969" w:type="dxa"/>
            <w:vAlign w:val="center"/>
          </w:tcPr>
          <w:p w14:paraId="43E2D392" w14:textId="3740C92D" w:rsidR="00C968CA" w:rsidRPr="0007664E" w:rsidRDefault="00000000">
            <w:pPr>
              <w:spacing w:before="100" w:after="100"/>
              <w:rPr>
                <w:lang w:val="pl-PL"/>
              </w:rPr>
            </w:pPr>
            <w:r w:rsidRPr="0007664E">
              <w:rPr>
                <w:b/>
                <w:sz w:val="19"/>
                <w:lang w:val="pl-PL"/>
              </w:rPr>
              <w:t>Připojení</w:t>
            </w:r>
            <w:r w:rsidR="0007664E" w:rsidRPr="0007664E">
              <w:rPr>
                <w:b/>
                <w:sz w:val="19"/>
                <w:lang w:val="pl-PL"/>
              </w:rPr>
              <w:t xml:space="preserve"> 230V nebo 400V / b</w:t>
            </w:r>
            <w:r w:rsidR="0007664E">
              <w:rPr>
                <w:b/>
                <w:sz w:val="19"/>
                <w:lang w:val="pl-PL"/>
              </w:rPr>
              <w:t>ez připojení</w:t>
            </w:r>
          </w:p>
        </w:tc>
        <w:tc>
          <w:tcPr>
            <w:tcW w:w="5386" w:type="dxa"/>
            <w:vAlign w:val="center"/>
          </w:tcPr>
          <w:p w14:paraId="6FDB6C37" w14:textId="149435FD" w:rsidR="00C968CA" w:rsidRPr="00402F95" w:rsidRDefault="00C968CA">
            <w:pPr>
              <w:spacing w:before="100" w:after="100"/>
              <w:rPr>
                <w:lang w:val="pl-PL"/>
              </w:rPr>
            </w:pPr>
          </w:p>
        </w:tc>
      </w:tr>
      <w:tr w:rsidR="00C968CA" w14:paraId="0E24D777" w14:textId="77777777">
        <w:trPr>
          <w:jc w:val="center"/>
        </w:trPr>
        <w:tc>
          <w:tcPr>
            <w:tcW w:w="3969" w:type="dxa"/>
            <w:vAlign w:val="center"/>
          </w:tcPr>
          <w:p w14:paraId="7E2B9871" w14:textId="77777777" w:rsidR="00C968CA" w:rsidRDefault="00000000">
            <w:pPr>
              <w:spacing w:before="100" w:after="100"/>
            </w:pPr>
            <w:r>
              <w:rPr>
                <w:b/>
                <w:sz w:val="19"/>
              </w:rPr>
              <w:t>Poznámka / požadované umístění</w:t>
            </w:r>
          </w:p>
        </w:tc>
        <w:tc>
          <w:tcPr>
            <w:tcW w:w="5386" w:type="dxa"/>
            <w:vAlign w:val="center"/>
          </w:tcPr>
          <w:p w14:paraId="698428F9" w14:textId="77777777" w:rsidR="00C968CA" w:rsidRDefault="00000000">
            <w:pPr>
              <w:spacing w:before="100" w:after="100"/>
            </w:pPr>
            <w:r>
              <w:rPr>
                <w:sz w:val="19"/>
              </w:rPr>
              <w:t xml:space="preserve"> </w:t>
            </w:r>
          </w:p>
        </w:tc>
      </w:tr>
    </w:tbl>
    <w:p w14:paraId="366A9F23" w14:textId="77777777" w:rsidR="00C968CA" w:rsidRDefault="00C968CA"/>
    <w:p w14:paraId="3367D051" w14:textId="77777777" w:rsidR="00C968CA" w:rsidRDefault="00000000">
      <w:r>
        <w:rPr>
          <w:b/>
        </w:rPr>
        <w:t xml:space="preserve">Uzávěrka přihlášek: </w:t>
      </w:r>
      <w:r>
        <w:t>13. listopadu 2026</w:t>
      </w:r>
    </w:p>
    <w:p w14:paraId="30AF7BA8" w14:textId="77777777" w:rsidR="00C968CA" w:rsidRDefault="00000000">
      <w:r>
        <w:rPr>
          <w:b/>
        </w:rPr>
        <w:t xml:space="preserve">Vyplněnou přihlášku zašlete na e-mail: </w:t>
      </w:r>
      <w:r>
        <w:t>prihlaska@tspribor.cz</w:t>
      </w:r>
    </w:p>
    <w:p w14:paraId="5727B9C4" w14:textId="77777777" w:rsidR="00C968CA" w:rsidRDefault="00000000">
      <w:r>
        <w:t>Datum podání: ____________________</w:t>
      </w:r>
    </w:p>
    <w:sectPr w:rsidR="00C968CA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7145173">
    <w:abstractNumId w:val="8"/>
  </w:num>
  <w:num w:numId="2" w16cid:durableId="338049277">
    <w:abstractNumId w:val="6"/>
  </w:num>
  <w:num w:numId="3" w16cid:durableId="1397316444">
    <w:abstractNumId w:val="5"/>
  </w:num>
  <w:num w:numId="4" w16cid:durableId="790779194">
    <w:abstractNumId w:val="4"/>
  </w:num>
  <w:num w:numId="5" w16cid:durableId="1470854000">
    <w:abstractNumId w:val="7"/>
  </w:num>
  <w:num w:numId="6" w16cid:durableId="2090812255">
    <w:abstractNumId w:val="3"/>
  </w:num>
  <w:num w:numId="7" w16cid:durableId="518785828">
    <w:abstractNumId w:val="2"/>
  </w:num>
  <w:num w:numId="8" w16cid:durableId="146628478">
    <w:abstractNumId w:val="1"/>
  </w:num>
  <w:num w:numId="9" w16cid:durableId="1232622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64E"/>
    <w:rsid w:val="0015074B"/>
    <w:rsid w:val="00183DEA"/>
    <w:rsid w:val="0029639D"/>
    <w:rsid w:val="002D0560"/>
    <w:rsid w:val="00326F90"/>
    <w:rsid w:val="00402F95"/>
    <w:rsid w:val="0050604A"/>
    <w:rsid w:val="00AA1D8D"/>
    <w:rsid w:val="00B47730"/>
    <w:rsid w:val="00BF4F50"/>
    <w:rsid w:val="00C968C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8B030F"/>
  <w14:defaultImageDpi w14:val="300"/>
  <w15:docId w15:val="{97D20E71-3C56-4E1A-9009-BB45FF550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 TSPribor</cp:lastModifiedBy>
  <cp:revision>3</cp:revision>
  <dcterms:created xsi:type="dcterms:W3CDTF">2026-10-13T04:08:00Z</dcterms:created>
  <dcterms:modified xsi:type="dcterms:W3CDTF">2026-10-13T04:22:00Z</dcterms:modified>
  <cp:category/>
</cp:coreProperties>
</file>